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left"/>
        <w:tblLayout w:type="fixed"/>
        <w:tblLook w:firstColumn="1" w:firstRow="1" w:lastColumn="0" w:lastRow="0" w:noHBand="0" w:noVBand="1" w:val="04A0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79" w:type="dxa"/>
          <w:right w:w="79" w:type="dxa"/>
        </w:tblCellMar>
        <w:tblLayout w:type="fixed"/>
        <w:tblW w:w="10319" w:type="dxa"/>
      </w:tblPr>
      <w:tblGrid>
        <w:gridCol w:w="10318"/>
      </w:tblGrid>
      <w:tr>
        <w:tc>
          <w:tcPr>
            <w:tcW w:type="dxa" w:w="10318"/>
            <w:shd w:val="clear" w:fill="003BA0"/>
          </w:tcPr>
          <w:p>
            <w:pPr>
              <w:spacing w:before="100" w:after="20" w:line="240" w:lineRule="auto"/>
            </w:pPr>
            <w:r/>
            <w:r>
              <w:rPr>
                <w:rFonts w:ascii="Pretendard" w:hAnsi="Pretendard" w:eastAsia="Pretendard"/>
                <w:color w:val="A9C2F0"/>
                <w:sz w:val="17"/>
              </w:rPr>
              <w:t>2일차 · ④ 데이터와 인공지능 · 1교시</w:t>
            </w:r>
          </w:p>
          <w:p>
            <w:pPr>
              <w:spacing w:before="0" w:after="40" w:line="252" w:lineRule="auto"/>
            </w:pPr>
            <w:r>
              <w:rPr>
                <w:rFonts w:ascii="Pretendard ExtraBold" w:hAnsi="Pretendard ExtraBold" w:eastAsia="Pretendard ExtraBold"/>
                <w:color w:val="FFFFFF"/>
                <w:sz w:val="32"/>
              </w:rPr>
              <w:t>우리 반 언플러그드 활동 설계</w:t>
            </w:r>
          </w:p>
          <w:p>
            <w:pPr>
              <w:spacing w:before="0" w:after="100" w:line="288" w:lineRule="auto"/>
            </w:pPr>
            <w:r>
              <w:rPr>
                <w:rFonts w:ascii="Pretendard" w:hAnsi="Pretendard" w:eastAsia="Pretendard"/>
                <w:color w:val="C7D8F6"/>
                <w:sz w:val="17"/>
              </w:rPr>
              <w:t>17분 · 짝과 함께   |   이름 ______________   학교 ______________</w:t>
            </w:r>
          </w:p>
        </w:tc>
      </w:tr>
    </w:tbl>
    <w:p>
      <w:pPr>
        <w:spacing w:before="120" w:after="0"/>
      </w:pPr>
      <w:r>
        <w:rPr>
          <w:rFonts w:ascii="Pretendard" w:hAnsi="Pretendard" w:eastAsia="Pretendard"/>
          <w:color w:val="7A7D85"/>
          <w:sz w:val="17"/>
        </w:rPr>
        <w:t>① 아래 보기에서 하나 고르거나 새로 만든다  ▸  ② 우리 반에 맞게 고친다  ▸  ③ 준비물을 교실에 있는 것으로  ▸  ④ 15분 안에 끝나게  ▸  ⑤ 짝과 바꿔 읽는다</w:t>
      </w:r>
    </w:p>
    <w:p>
      <w:pPr>
        <w:spacing w:before="120" w:after="60" w:line="240" w:lineRule="auto"/>
      </w:pPr>
      <w:r>
        <w:rPr>
          <w:rFonts w:ascii="Pretendard ExtraBold" w:hAnsi="Pretendard ExtraBold" w:eastAsia="Pretendard ExtraBold"/>
          <w:color w:val="FFFFFF"/>
          <w:sz w:val="21"/>
          <w:shd w:val="clear" w:fill="003BA0"/>
        </w:rPr>
        <w:t xml:space="preserve"> 1 </w:t>
      </w:r>
      <w:r>
        <w:rPr>
          <w:rFonts w:ascii="Pretendard" w:hAnsi="Pretendard" w:eastAsia="Pretendard"/>
          <w:color w:val="1E2026"/>
          <w:sz w:val="21"/>
        </w:rPr>
        <w:t xml:space="preserve">  </w:t>
      </w:r>
      <w:r>
        <w:rPr>
          <w:rFonts w:ascii="Pretendard SemiBold" w:hAnsi="Pretendard SemiBold" w:eastAsia="Pretendard SemiBold"/>
          <w:color w:val="1E2026"/>
          <w:sz w:val="23"/>
        </w:rPr>
        <w:t>이런 활동들이 있습니다 — 골라 쓰거나 바꿔 쓰십시오</w:t>
      </w:r>
    </w:p>
    <w:p>
      <w:pPr>
        <w:spacing w:before="0" w:after="60"/>
      </w:pPr>
      <w:r>
        <w:rPr>
          <w:rFonts w:ascii="Pretendard" w:hAnsi="Pretendard" w:eastAsia="Pretendard"/>
          <w:color w:val="7A7D85"/>
          <w:sz w:val="17"/>
        </w:rPr>
        <w:t xml:space="preserve">공통점은 하나입니다. </w:t>
      </w:r>
      <w:r>
        <w:rPr>
          <w:rFonts w:ascii="Pretendard SemiBold" w:hAnsi="Pretendard SemiBold" w:eastAsia="Pretendard SemiBold"/>
          <w:color w:val="7A7D85"/>
          <w:sz w:val="17"/>
        </w:rPr>
        <w:t>무언가를 모아서 세어 보고, 거기서 규칙을 찾습니다.</w:t>
      </w:r>
      <w:r>
        <w:rPr>
          <w:rFonts w:ascii="Pretendard" w:hAnsi="Pretendard" w:eastAsia="Pretendard"/>
          <w:color w:val="7A7D85"/>
          <w:sz w:val="17"/>
        </w:rPr>
        <w:t xml:space="preserve"> 기계가 하는 일도 이것뿐입니다.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79" w:type="dxa"/>
          <w:right w:w="79" w:type="dxa"/>
        </w:tblCellMar>
        <w:tblLayout w:type="fixed"/>
        <w:tblW w:w="10319" w:type="dxa"/>
      </w:tblPr>
      <w:tblGrid>
        <w:gridCol w:w="2579"/>
        <w:gridCol w:w="2579"/>
        <w:gridCol w:w="2579"/>
        <w:gridCol w:w="2579"/>
      </w:tblGrid>
      <w:tr>
        <w:tc>
          <w:tcPr>
            <w:tcW w:type="dxa" w:w="850"/>
            <w:shd w:val="clear" w:fill="EDF2FC"/>
            <w:tcBorders>
              <w:bottom w:val="single" w:sz="8" w:color="9FA3AC"/>
              <w:right w:val="single" w:sz="6" w:color="D5D7DD"/>
            </w:tcBorders>
          </w:tcPr>
          <w:p>
            <w:pPr>
              <w:spacing w:before="50" w:after="50" w:line="288" w:lineRule="auto"/>
              <w:jc w:val="center"/>
            </w:pPr>
            <w:r/>
            <w:r>
              <w:rPr>
                <w:rFonts w:ascii="Pretendard SemiBold" w:hAnsi="Pretendard SemiBold" w:eastAsia="Pretendard SemiBold"/>
                <w:color w:val="003BA0"/>
                <w:sz w:val="18"/>
              </w:rPr>
              <w:t>유형</w:t>
            </w:r>
          </w:p>
        </w:tc>
        <w:tc>
          <w:tcPr>
            <w:tcW w:type="dxa" w:w="5159"/>
            <w:shd w:val="clear" w:fill="EDF2FC"/>
            <w:tcBorders>
              <w:bottom w:val="single" w:sz="8" w:color="9FA3AC"/>
              <w:right w:val="single" w:sz="6" w:color="D5D7DD"/>
            </w:tcBorders>
          </w:tcPr>
          <w:p>
            <w:pPr>
              <w:spacing w:before="50" w:after="50" w:line="288" w:lineRule="auto"/>
              <w:jc w:val="center"/>
            </w:pPr>
            <w:r/>
            <w:r>
              <w:rPr>
                <w:rFonts w:ascii="Pretendard SemiBold" w:hAnsi="Pretendard SemiBold" w:eastAsia="Pretendard SemiBold"/>
                <w:color w:val="003BA0"/>
                <w:sz w:val="18"/>
              </w:rPr>
              <w:t>이렇게 합니다</w:t>
            </w:r>
          </w:p>
        </w:tc>
        <w:tc>
          <w:tcPr>
            <w:tcW w:type="dxa" w:w="1417"/>
            <w:shd w:val="clear" w:fill="EDF2FC"/>
            <w:tcBorders>
              <w:bottom w:val="single" w:sz="8" w:color="9FA3AC"/>
              <w:right w:val="single" w:sz="6" w:color="D5D7DD"/>
            </w:tcBorders>
          </w:tcPr>
          <w:p>
            <w:pPr>
              <w:spacing w:before="50" w:after="50" w:line="288" w:lineRule="auto"/>
              <w:jc w:val="center"/>
            </w:pPr>
            <w:r/>
            <w:r>
              <w:rPr>
                <w:rFonts w:ascii="Pretendard SemiBold" w:hAnsi="Pretendard SemiBold" w:eastAsia="Pretendard SemiBold"/>
                <w:color w:val="003BA0"/>
                <w:sz w:val="18"/>
              </w:rPr>
              <w:t>준비물</w:t>
            </w:r>
          </w:p>
        </w:tc>
        <w:tc>
          <w:tcPr>
            <w:tcW w:type="dxa" w:w="2891"/>
            <w:shd w:val="clear" w:fill="EDF2FC"/>
            <w:tcBorders>
              <w:bottom w:val="single" w:sz="8" w:color="9FA3AC"/>
            </w:tcBorders>
          </w:tcPr>
          <w:p>
            <w:pPr>
              <w:spacing w:before="50" w:after="50" w:line="288" w:lineRule="auto"/>
              <w:jc w:val="center"/>
            </w:pPr>
            <w:r/>
            <w:r>
              <w:rPr>
                <w:rFonts w:ascii="Pretendard SemiBold" w:hAnsi="Pretendard SemiBold" w:eastAsia="Pretendard SemiBold"/>
                <w:color w:val="003BA0"/>
                <w:sz w:val="18"/>
              </w:rPr>
              <w:t>어디서 왔나</w:t>
            </w:r>
          </w:p>
        </w:tc>
      </w:tr>
      <w:tr>
        <w:trPr>
          <w:trHeight w:val="328" w:hRule="exact"/>
        </w:trPr>
        <w:tc>
          <w:tcPr>
            <w:tcW w:type="dxa" w:w="850"/>
            <w:shd w:val="clear" w:fill="E9EFFC"/>
            <w:tcBorders>
              <w:bottom w:val="single" w:sz="6" w:color="D5D7DD"/>
              <w:right w:val="single" w:sz="6" w:color="D5D7DD"/>
            </w:tcBorders>
          </w:tcPr>
          <w:p>
            <w:pPr>
              <w:spacing w:before="36" w:after="36" w:line="288" w:lineRule="auto"/>
              <w:jc w:val="center"/>
            </w:pPr>
            <w:r/>
            <w:r>
              <w:rPr>
                <w:rFonts w:ascii="Pretendard SemiBold" w:hAnsi="Pretendard SemiBold" w:eastAsia="Pretendard SemiBold"/>
                <w:color w:val="1F4FCC"/>
                <w:sz w:val="17"/>
              </w:rPr>
              <w:t>숫자</w:t>
            </w:r>
          </w:p>
        </w:tc>
        <w:tc>
          <w:tcPr>
            <w:tcW w:type="dxa" w:w="5159"/>
            <w:tcBorders>
              <w:bottom w:val="single" w:sz="6" w:color="D5D7DD"/>
              <w:right w:val="single" w:sz="6" w:color="D5D7DD"/>
            </w:tcBorders>
          </w:tcPr>
          <w:p>
            <w:pPr>
              <w:spacing w:before="36" w:after="36" w:line="312" w:lineRule="auto"/>
            </w:pPr>
            <w:r/>
            <w:r>
              <w:rPr>
                <w:rFonts w:ascii="Pretendard" w:hAnsi="Pretendard" w:eastAsia="Pretendard"/>
                <w:color w:val="1E2026"/>
                <w:sz w:val="17"/>
              </w:rPr>
              <w:t>가위바위보를 20판 하고 이긴 손을 바를 정(正) 자로 센다. 가위·바위·보 중 무엇이 가장 많았는지 찾는다</w:t>
            </w:r>
          </w:p>
        </w:tc>
        <w:tc>
          <w:tcPr>
            <w:tcW w:type="dxa" w:w="1417"/>
            <w:tcBorders>
              <w:bottom w:val="single" w:sz="6" w:color="D5D7DD"/>
              <w:right w:val="single" w:sz="6" w:color="D5D7DD"/>
            </w:tcBorders>
          </w:tcPr>
          <w:p>
            <w:pPr>
              <w:spacing w:before="36" w:after="36" w:line="288" w:lineRule="auto"/>
            </w:pPr>
            <w:r/>
            <w:r>
              <w:rPr>
                <w:rFonts w:ascii="Pretendard" w:hAnsi="Pretendard" w:eastAsia="Pretendard"/>
                <w:color w:val="1E2026"/>
                <w:sz w:val="17"/>
              </w:rPr>
              <w:t>없음</w:t>
            </w:r>
          </w:p>
        </w:tc>
        <w:tc>
          <w:tcPr>
            <w:tcW w:type="dxa" w:w="2891"/>
            <w:tcBorders>
              <w:bottom w:val="single" w:sz="6" w:color="D5D7DD"/>
            </w:tcBorders>
          </w:tcPr>
          <w:p>
            <w:pPr>
              <w:spacing w:before="36" w:after="36" w:line="288" w:lineRule="auto"/>
            </w:pPr>
            <w:r/>
            <w:r>
              <w:rPr>
                <w:rFonts w:ascii="Pretendard" w:hAnsi="Pretendard" w:eastAsia="Pretendard"/>
                <w:color w:val="7A7D85"/>
                <w:sz w:val="16"/>
              </w:rPr>
              <w:t>연수 예시</w:t>
            </w:r>
          </w:p>
        </w:tc>
      </w:tr>
      <w:tr>
        <w:trPr>
          <w:trHeight w:val="328" w:hRule="exact"/>
        </w:trPr>
        <w:tc>
          <w:tcPr>
            <w:tcW w:type="dxa" w:w="850"/>
            <w:shd w:val="clear" w:fill="E9EFFC"/>
            <w:tcBorders>
              <w:bottom w:val="single" w:sz="6" w:color="D5D7DD"/>
              <w:right w:val="single" w:sz="6" w:color="D5D7DD"/>
            </w:tcBorders>
          </w:tcPr>
          <w:p>
            <w:pPr>
              <w:spacing w:before="36" w:after="36" w:line="288" w:lineRule="auto"/>
              <w:jc w:val="center"/>
            </w:pPr>
            <w:r/>
            <w:r>
              <w:rPr>
                <w:rFonts w:ascii="Pretendard SemiBold" w:hAnsi="Pretendard SemiBold" w:eastAsia="Pretendard SemiBold"/>
                <w:color w:val="1F4FCC"/>
                <w:sz w:val="17"/>
              </w:rPr>
              <w:t>숫자</w:t>
            </w:r>
          </w:p>
        </w:tc>
        <w:tc>
          <w:tcPr>
            <w:tcW w:type="dxa" w:w="5159"/>
            <w:tcBorders>
              <w:bottom w:val="single" w:sz="6" w:color="D5D7DD"/>
              <w:right w:val="single" w:sz="6" w:color="D5D7DD"/>
            </w:tcBorders>
          </w:tcPr>
          <w:p>
            <w:pPr>
              <w:spacing w:before="36" w:after="36" w:line="312" w:lineRule="auto"/>
            </w:pPr>
            <w:r/>
            <w:r>
              <w:rPr>
                <w:rFonts w:ascii="Pretendard" w:hAnsi="Pretendard" w:eastAsia="Pretendard"/>
                <w:color w:val="1E2026"/>
                <w:sz w:val="17"/>
              </w:rPr>
              <w:t>아날로그 시계와 디지털 시계를 나란히 놓고 무엇이 다른지 찾는다</w:t>
            </w:r>
          </w:p>
        </w:tc>
        <w:tc>
          <w:tcPr>
            <w:tcW w:type="dxa" w:w="1417"/>
            <w:tcBorders>
              <w:bottom w:val="single" w:sz="6" w:color="D5D7DD"/>
              <w:right w:val="single" w:sz="6" w:color="D5D7DD"/>
            </w:tcBorders>
          </w:tcPr>
          <w:p>
            <w:pPr>
              <w:spacing w:before="36" w:after="36" w:line="288" w:lineRule="auto"/>
            </w:pPr>
            <w:r/>
            <w:r>
              <w:rPr>
                <w:rFonts w:ascii="Pretendard" w:hAnsi="Pretendard" w:eastAsia="Pretendard"/>
                <w:color w:val="1E2026"/>
                <w:sz w:val="17"/>
              </w:rPr>
              <w:t>시계 그림</w:t>
            </w:r>
          </w:p>
        </w:tc>
        <w:tc>
          <w:tcPr>
            <w:tcW w:type="dxa" w:w="2891"/>
            <w:tcBorders>
              <w:bottom w:val="single" w:sz="6" w:color="D5D7DD"/>
            </w:tcBorders>
          </w:tcPr>
          <w:p>
            <w:pPr>
              <w:spacing w:before="36" w:after="36" w:line="288" w:lineRule="auto"/>
            </w:pPr>
            <w:r/>
            <w:r>
              <w:rPr>
                <w:rFonts w:ascii="Pretendard" w:hAnsi="Pretendard" w:eastAsia="Pretendard"/>
                <w:color w:val="7A7D85"/>
                <w:sz w:val="16"/>
              </w:rPr>
              <w:t>비상 6-3 지도서 189쪽</w:t>
            </w:r>
          </w:p>
        </w:tc>
      </w:tr>
      <w:tr>
        <w:trPr>
          <w:trHeight w:val="328" w:hRule="exact"/>
        </w:trPr>
        <w:tc>
          <w:tcPr>
            <w:tcW w:type="dxa" w:w="850"/>
            <w:shd w:val="clear" w:fill="E6F4EE"/>
            <w:tcBorders>
              <w:bottom w:val="single" w:sz="6" w:color="D5D7DD"/>
              <w:right w:val="single" w:sz="6" w:color="D5D7DD"/>
            </w:tcBorders>
          </w:tcPr>
          <w:p>
            <w:pPr>
              <w:spacing w:before="36" w:after="36" w:line="288" w:lineRule="auto"/>
              <w:jc w:val="center"/>
            </w:pPr>
            <w:r/>
            <w:r>
              <w:rPr>
                <w:rFonts w:ascii="Pretendard SemiBold" w:hAnsi="Pretendard SemiBold" w:eastAsia="Pretendard SemiBold"/>
                <w:color w:val="1B7A55"/>
                <w:sz w:val="17"/>
              </w:rPr>
              <w:t>글자</w:t>
            </w:r>
          </w:p>
        </w:tc>
        <w:tc>
          <w:tcPr>
            <w:tcW w:type="dxa" w:w="5159"/>
            <w:tcBorders>
              <w:bottom w:val="single" w:sz="6" w:color="D5D7DD"/>
              <w:right w:val="single" w:sz="6" w:color="D5D7DD"/>
            </w:tcBorders>
          </w:tcPr>
          <w:p>
            <w:pPr>
              <w:spacing w:before="36" w:after="36" w:line="312" w:lineRule="auto"/>
            </w:pPr>
            <w:r/>
            <w:r>
              <w:rPr>
                <w:rFonts w:ascii="Pretendard" w:hAnsi="Pretendard" w:eastAsia="Pretendard"/>
                <w:color w:val="1E2026"/>
                <w:sz w:val="17"/>
              </w:rPr>
              <w:t>급훈 후보를 포스트잇에 적어 비슷한 말끼리 모은다</w:t>
            </w:r>
          </w:p>
        </w:tc>
        <w:tc>
          <w:tcPr>
            <w:tcW w:type="dxa" w:w="1417"/>
            <w:tcBorders>
              <w:bottom w:val="single" w:sz="6" w:color="D5D7DD"/>
              <w:right w:val="single" w:sz="6" w:color="D5D7DD"/>
            </w:tcBorders>
          </w:tcPr>
          <w:p>
            <w:pPr>
              <w:spacing w:before="36" w:after="36" w:line="288" w:lineRule="auto"/>
            </w:pPr>
            <w:r/>
            <w:r>
              <w:rPr>
                <w:rFonts w:ascii="Pretendard" w:hAnsi="Pretendard" w:eastAsia="Pretendard"/>
                <w:color w:val="1E2026"/>
                <w:sz w:val="17"/>
              </w:rPr>
              <w:t>포스트잇</w:t>
            </w:r>
          </w:p>
        </w:tc>
        <w:tc>
          <w:tcPr>
            <w:tcW w:type="dxa" w:w="2891"/>
            <w:tcBorders>
              <w:bottom w:val="single" w:sz="6" w:color="D5D7DD"/>
            </w:tcBorders>
          </w:tcPr>
          <w:p>
            <w:pPr>
              <w:spacing w:before="36" w:after="36" w:line="288" w:lineRule="auto"/>
            </w:pPr>
            <w:r/>
            <w:r>
              <w:rPr>
                <w:rFonts w:ascii="Pretendard" w:hAnsi="Pretendard" w:eastAsia="Pretendard"/>
                <w:color w:val="7A7D85"/>
                <w:sz w:val="16"/>
              </w:rPr>
              <w:t>연수 예시</w:t>
            </w:r>
          </w:p>
        </w:tc>
      </w:tr>
      <w:tr>
        <w:trPr>
          <w:trHeight w:val="328" w:hRule="exact"/>
        </w:trPr>
        <w:tc>
          <w:tcPr>
            <w:tcW w:type="dxa" w:w="850"/>
            <w:shd w:val="clear" w:fill="F1EAFA"/>
            <w:tcBorders>
              <w:bottom w:val="single" w:sz="6" w:color="D5D7DD"/>
              <w:right w:val="single" w:sz="6" w:color="D5D7DD"/>
            </w:tcBorders>
          </w:tcPr>
          <w:p>
            <w:pPr>
              <w:spacing w:before="36" w:after="36" w:line="288" w:lineRule="auto"/>
              <w:jc w:val="center"/>
            </w:pPr>
            <w:r/>
            <w:r>
              <w:rPr>
                <w:rFonts w:ascii="Pretendard SemiBold" w:hAnsi="Pretendard SemiBold" w:eastAsia="Pretendard SemiBold"/>
                <w:color w:val="6B3FA0"/>
                <w:sz w:val="17"/>
              </w:rPr>
              <w:t>소리</w:t>
            </w:r>
          </w:p>
        </w:tc>
        <w:tc>
          <w:tcPr>
            <w:tcW w:type="dxa" w:w="5159"/>
            <w:tcBorders>
              <w:bottom w:val="single" w:sz="6" w:color="D5D7DD"/>
              <w:right w:val="single" w:sz="6" w:color="D5D7DD"/>
            </w:tcBorders>
          </w:tcPr>
          <w:p>
            <w:pPr>
              <w:spacing w:before="36" w:after="36" w:line="312" w:lineRule="auto"/>
            </w:pPr>
            <w:r/>
            <w:r>
              <w:rPr>
                <w:rFonts w:ascii="Pretendard" w:hAnsi="Pretendard" w:eastAsia="Pretendard"/>
                <w:color w:val="1E2026"/>
                <w:sz w:val="17"/>
              </w:rPr>
              <w:t>눈을 감고 교실 소리 10가지를 적은 뒤 무엇의 소리인지 나눈다</w:t>
            </w:r>
          </w:p>
        </w:tc>
        <w:tc>
          <w:tcPr>
            <w:tcW w:type="dxa" w:w="1417"/>
            <w:tcBorders>
              <w:bottom w:val="single" w:sz="6" w:color="D5D7DD"/>
              <w:right w:val="single" w:sz="6" w:color="D5D7DD"/>
            </w:tcBorders>
          </w:tcPr>
          <w:p>
            <w:pPr>
              <w:spacing w:before="36" w:after="36" w:line="288" w:lineRule="auto"/>
            </w:pPr>
            <w:r/>
            <w:r>
              <w:rPr>
                <w:rFonts w:ascii="Pretendard" w:hAnsi="Pretendard" w:eastAsia="Pretendard"/>
                <w:color w:val="1E2026"/>
                <w:sz w:val="17"/>
              </w:rPr>
              <w:t>없음</w:t>
            </w:r>
          </w:p>
        </w:tc>
        <w:tc>
          <w:tcPr>
            <w:tcW w:type="dxa" w:w="2891"/>
            <w:tcBorders>
              <w:bottom w:val="single" w:sz="6" w:color="D5D7DD"/>
            </w:tcBorders>
          </w:tcPr>
          <w:p>
            <w:pPr>
              <w:spacing w:before="36" w:after="36" w:line="288" w:lineRule="auto"/>
            </w:pPr>
            <w:r/>
            <w:r>
              <w:rPr>
                <w:rFonts w:ascii="Pretendard" w:hAnsi="Pretendard" w:eastAsia="Pretendard"/>
                <w:color w:val="7A7D85"/>
                <w:sz w:val="16"/>
              </w:rPr>
              <w:t>연수 예시</w:t>
            </w:r>
          </w:p>
        </w:tc>
      </w:tr>
      <w:tr>
        <w:trPr>
          <w:trHeight w:val="328" w:hRule="exact"/>
        </w:trPr>
        <w:tc>
          <w:tcPr>
            <w:tcW w:type="dxa" w:w="850"/>
            <w:shd w:val="clear" w:fill="FBF0E4"/>
            <w:tcBorders>
              <w:bottom w:val="single" w:sz="6" w:color="D5D7DD"/>
              <w:right w:val="single" w:sz="6" w:color="D5D7DD"/>
            </w:tcBorders>
          </w:tcPr>
          <w:p>
            <w:pPr>
              <w:spacing w:before="36" w:after="36" w:line="288" w:lineRule="auto"/>
              <w:jc w:val="center"/>
            </w:pPr>
            <w:r/>
            <w:r>
              <w:rPr>
                <w:rFonts w:ascii="Pretendard SemiBold" w:hAnsi="Pretendard SemiBold" w:eastAsia="Pretendard SemiBold"/>
                <w:color w:val="B0630F"/>
                <w:sz w:val="17"/>
              </w:rPr>
              <w:t>이미지</w:t>
            </w:r>
          </w:p>
        </w:tc>
        <w:tc>
          <w:tcPr>
            <w:tcW w:type="dxa" w:w="5159"/>
            <w:tcBorders>
              <w:bottom w:val="single" w:sz="6" w:color="D5D7DD"/>
              <w:right w:val="single" w:sz="6" w:color="D5D7DD"/>
            </w:tcBorders>
          </w:tcPr>
          <w:p>
            <w:pPr>
              <w:spacing w:before="36" w:after="36" w:line="312" w:lineRule="auto"/>
            </w:pPr>
            <w:r/>
            <w:r>
              <w:rPr>
                <w:rFonts w:ascii="Pretendard" w:hAnsi="Pretendard" w:eastAsia="Pretendard"/>
                <w:color w:val="1E2026"/>
                <w:sz w:val="17"/>
              </w:rPr>
              <w:t>격자 그림을 0과 1로 바꿔 짝에게 보내고 그대로 되살린다</w:t>
            </w:r>
          </w:p>
        </w:tc>
        <w:tc>
          <w:tcPr>
            <w:tcW w:type="dxa" w:w="1417"/>
            <w:tcBorders>
              <w:bottom w:val="single" w:sz="6" w:color="D5D7DD"/>
              <w:right w:val="single" w:sz="6" w:color="D5D7DD"/>
            </w:tcBorders>
          </w:tcPr>
          <w:p>
            <w:pPr>
              <w:spacing w:before="36" w:after="36" w:line="288" w:lineRule="auto"/>
            </w:pPr>
            <w:r/>
            <w:r>
              <w:rPr>
                <w:rFonts w:ascii="Pretendard" w:hAnsi="Pretendard" w:eastAsia="Pretendard"/>
                <w:color w:val="1E2026"/>
                <w:sz w:val="17"/>
              </w:rPr>
              <w:t>모눈종이</w:t>
            </w:r>
          </w:p>
        </w:tc>
        <w:tc>
          <w:tcPr>
            <w:tcW w:type="dxa" w:w="2891"/>
            <w:tcBorders>
              <w:bottom w:val="single" w:sz="6" w:color="D5D7DD"/>
            </w:tcBorders>
          </w:tcPr>
          <w:p>
            <w:pPr>
              <w:spacing w:before="36" w:after="36" w:line="288" w:lineRule="auto"/>
            </w:pPr>
            <w:r/>
            <w:r>
              <w:rPr>
                <w:rFonts w:ascii="Pretendard" w:hAnsi="Pretendard" w:eastAsia="Pretendard"/>
                <w:color w:val="7A7D85"/>
                <w:sz w:val="16"/>
              </w:rPr>
              <w:t>비상 6-3 지도서 188쪽</w:t>
            </w:r>
          </w:p>
        </w:tc>
      </w:tr>
      <w:tr>
        <w:trPr>
          <w:trHeight w:val="328" w:hRule="exact"/>
        </w:trPr>
        <w:tc>
          <w:tcPr>
            <w:tcW w:type="dxa" w:w="850"/>
            <w:shd w:val="clear" w:fill="FBF0E4"/>
            <w:tcBorders>
              <w:bottom w:val="single" w:sz="6" w:color="D5D7DD"/>
              <w:right w:val="single" w:sz="6" w:color="D5D7DD"/>
            </w:tcBorders>
          </w:tcPr>
          <w:p>
            <w:pPr>
              <w:spacing w:before="36" w:after="36" w:line="288" w:lineRule="auto"/>
              <w:jc w:val="center"/>
            </w:pPr>
            <w:r/>
            <w:r>
              <w:rPr>
                <w:rFonts w:ascii="Pretendard SemiBold" w:hAnsi="Pretendard SemiBold" w:eastAsia="Pretendard SemiBold"/>
                <w:color w:val="B0630F"/>
                <w:sz w:val="17"/>
              </w:rPr>
              <w:t>이미지</w:t>
            </w:r>
          </w:p>
        </w:tc>
        <w:tc>
          <w:tcPr>
            <w:tcW w:type="dxa" w:w="5159"/>
            <w:tcBorders>
              <w:bottom w:val="single" w:sz="6" w:color="D5D7DD"/>
              <w:right w:val="single" w:sz="6" w:color="D5D7DD"/>
            </w:tcBorders>
          </w:tcPr>
          <w:p>
            <w:pPr>
              <w:spacing w:before="36" w:after="36" w:line="312" w:lineRule="auto"/>
            </w:pPr>
            <w:r/>
            <w:r>
              <w:rPr>
                <w:rFonts w:ascii="Pretendard" w:hAnsi="Pretendard" w:eastAsia="Pretendard"/>
                <w:color w:val="1E2026"/>
                <w:sz w:val="17"/>
              </w:rPr>
              <w:t>몬스터 카드를 두 팀으로 나누고 무엇으로 나눴는지 규칙을 찾는다</w:t>
            </w:r>
          </w:p>
        </w:tc>
        <w:tc>
          <w:tcPr>
            <w:tcW w:type="dxa" w:w="1417"/>
            <w:tcBorders>
              <w:bottom w:val="single" w:sz="6" w:color="D5D7DD"/>
              <w:right w:val="single" w:sz="6" w:color="D5D7DD"/>
            </w:tcBorders>
          </w:tcPr>
          <w:p>
            <w:pPr>
              <w:spacing w:before="36" w:after="36" w:line="288" w:lineRule="auto"/>
            </w:pPr>
            <w:r/>
            <w:r>
              <w:rPr>
                <w:rFonts w:ascii="Pretendard" w:hAnsi="Pretendard" w:eastAsia="Pretendard"/>
                <w:color w:val="1E2026"/>
                <w:sz w:val="17"/>
              </w:rPr>
              <w:t>카드</w:t>
            </w:r>
          </w:p>
        </w:tc>
        <w:tc>
          <w:tcPr>
            <w:tcW w:type="dxa" w:w="2891"/>
            <w:tcBorders>
              <w:bottom w:val="single" w:sz="6" w:color="D5D7DD"/>
            </w:tcBorders>
          </w:tcPr>
          <w:p>
            <w:pPr>
              <w:spacing w:before="36" w:after="36" w:line="288" w:lineRule="auto"/>
            </w:pPr>
            <w:r/>
            <w:r>
              <w:rPr>
                <w:rFonts w:ascii="Pretendard" w:hAnsi="Pretendard" w:eastAsia="Pretendard"/>
                <w:color w:val="7A7D85"/>
                <w:sz w:val="16"/>
              </w:rPr>
              <w:t>이 연수 2교시</w:t>
            </w:r>
          </w:p>
        </w:tc>
      </w:tr>
    </w:tbl>
    <w:p>
      <w:pPr>
        <w:spacing w:before="120" w:after="60" w:line="240" w:lineRule="auto"/>
      </w:pPr>
      <w:r>
        <w:rPr>
          <w:rFonts w:ascii="Pretendard ExtraBold" w:hAnsi="Pretendard ExtraBold" w:eastAsia="Pretendard ExtraBold"/>
          <w:color w:val="FFFFFF"/>
          <w:sz w:val="21"/>
          <w:shd w:val="clear" w:fill="003BA0"/>
        </w:rPr>
        <w:t xml:space="preserve"> 2 </w:t>
      </w:r>
      <w:r>
        <w:rPr>
          <w:rFonts w:ascii="Pretendard" w:hAnsi="Pretendard" w:eastAsia="Pretendard"/>
          <w:color w:val="1E2026"/>
          <w:sz w:val="21"/>
        </w:rPr>
        <w:t xml:space="preserve">  </w:t>
      </w:r>
      <w:r>
        <w:rPr>
          <w:rFonts w:ascii="Pretendard SemiBold" w:hAnsi="Pretendard SemiBold" w:eastAsia="Pretendard SemiBold"/>
          <w:color w:val="1E2026"/>
          <w:sz w:val="23"/>
        </w:rPr>
        <w:t>우리 반 활동 얼개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79" w:type="dxa"/>
          <w:right w:w="79" w:type="dxa"/>
        </w:tblCellMar>
        <w:tblLayout w:type="fixed"/>
        <w:tblW w:w="10319" w:type="dxa"/>
      </w:tblPr>
      <w:tblGrid>
        <w:gridCol w:w="5159"/>
        <w:gridCol w:w="5159"/>
      </w:tblGrid>
      <w:tr>
        <w:trPr>
          <w:trHeight w:val="408" w:hRule="exact"/>
        </w:trPr>
        <w:tc>
          <w:tcPr>
            <w:tcW w:type="dxa" w:w="2381"/>
            <w:tcBorders>
              <w:bottom w:val="single" w:sz="6" w:color="D5D7DD"/>
              <w:right w:val="single" w:sz="6" w:color="D5D7DD"/>
            </w:tcBorders>
            <w:shd w:val="clear" w:fill="EDF2FC"/>
          </w:tcPr>
          <w:p>
            <w:pPr>
              <w:spacing w:before="40" w:after="40" w:line="288" w:lineRule="auto"/>
            </w:pPr>
            <w:r/>
            <w:r>
              <w:rPr>
                <w:rFonts w:ascii="Pretendard SemiBold" w:hAnsi="Pretendard SemiBold" w:eastAsia="Pretendard SemiBold"/>
                <w:color w:val="1E2026"/>
                <w:sz w:val="19"/>
              </w:rPr>
              <w:t>데이터 유형</w:t>
            </w:r>
          </w:p>
        </w:tc>
        <w:tc>
          <w:tcPr>
            <w:tcW w:type="dxa" w:w="7937"/>
            <w:tcBorders>
              <w:bottom w:val="single" w:sz="6" w:color="D5D7DD"/>
            </w:tcBorders>
          </w:tcPr>
          <w:p>
            <w:pPr>
              <w:spacing w:before="40" w:after="40"/>
            </w:pPr>
            <w:r/>
            <w:r>
              <w:rPr>
                <w:rFonts w:ascii="Pretendard ExtraBold" w:hAnsi="Pretendard ExtraBold" w:eastAsia="Pretendard ExtraBold"/>
                <w:color w:val="1F4FCC"/>
                <w:sz w:val="19"/>
                <w:shd w:val="clear" w:fill="E9EFFC"/>
              </w:rPr>
              <w:t xml:space="preserve">  □ 숫자  </w:t>
            </w:r>
            <w:r>
              <w:rPr>
                <w:rFonts w:ascii="Pretendard" w:hAnsi="Pretendard" w:eastAsia="Pretendard"/>
                <w:color w:val="1E2026"/>
                <w:sz w:val="19"/>
              </w:rPr>
              <w:t xml:space="preserve">   </w:t>
            </w:r>
            <w:r>
              <w:rPr>
                <w:rFonts w:ascii="Pretendard ExtraBold" w:hAnsi="Pretendard ExtraBold" w:eastAsia="Pretendard ExtraBold"/>
                <w:color w:val="1B7A55"/>
                <w:sz w:val="19"/>
                <w:shd w:val="clear" w:fill="E6F4EE"/>
              </w:rPr>
              <w:t xml:space="preserve">  □ 글자  </w:t>
            </w:r>
            <w:r>
              <w:rPr>
                <w:rFonts w:ascii="Pretendard" w:hAnsi="Pretendard" w:eastAsia="Pretendard"/>
                <w:color w:val="1E2026"/>
                <w:sz w:val="19"/>
              </w:rPr>
              <w:t xml:space="preserve">   </w:t>
            </w:r>
            <w:r>
              <w:rPr>
                <w:rFonts w:ascii="Pretendard ExtraBold" w:hAnsi="Pretendard ExtraBold" w:eastAsia="Pretendard ExtraBold"/>
                <w:color w:val="6B3FA0"/>
                <w:sz w:val="19"/>
                <w:shd w:val="clear" w:fill="F1EAFA"/>
              </w:rPr>
              <w:t xml:space="preserve">  □ 소리  </w:t>
            </w:r>
            <w:r>
              <w:rPr>
                <w:rFonts w:ascii="Pretendard" w:hAnsi="Pretendard" w:eastAsia="Pretendard"/>
                <w:color w:val="1E2026"/>
                <w:sz w:val="19"/>
              </w:rPr>
              <w:t xml:space="preserve">   </w:t>
            </w:r>
            <w:r>
              <w:rPr>
                <w:rFonts w:ascii="Pretendard ExtraBold" w:hAnsi="Pretendard ExtraBold" w:eastAsia="Pretendard ExtraBold"/>
                <w:color w:val="B0630F"/>
                <w:sz w:val="19"/>
                <w:shd w:val="clear" w:fill="FBF0E4"/>
              </w:rPr>
              <w:t xml:space="preserve">  □ 이미지  </w:t>
            </w:r>
            <w:r>
              <w:rPr>
                <w:rFonts w:ascii="Pretendard" w:hAnsi="Pretendard" w:eastAsia="Pretendard"/>
                <w:color w:val="1E2026"/>
                <w:sz w:val="19"/>
              </w:rPr>
              <w:t xml:space="preserve">   </w:t>
            </w:r>
          </w:p>
        </w:tc>
      </w:tr>
      <w:tr>
        <w:trPr>
          <w:trHeight w:val="425" w:hRule="exact"/>
        </w:trPr>
        <w:tc>
          <w:tcPr>
            <w:tcW w:type="dxa" w:w="2381"/>
            <w:tcBorders>
              <w:bottom w:val="single" w:sz="6" w:color="D5D7DD"/>
              <w:right w:val="single" w:sz="6" w:color="D5D7DD"/>
            </w:tcBorders>
            <w:shd w:val="clear" w:fill="EDF2FC"/>
          </w:tcPr>
          <w:p>
            <w:pPr>
              <w:spacing w:before="40" w:after="40" w:line="288" w:lineRule="auto"/>
            </w:pPr>
            <w:r/>
            <w:r>
              <w:rPr>
                <w:rFonts w:ascii="Pretendard SemiBold" w:hAnsi="Pretendard SemiBold" w:eastAsia="Pretendard SemiBold"/>
                <w:color w:val="1E2026"/>
                <w:sz w:val="19"/>
              </w:rPr>
              <w:t>활동명</w:t>
            </w:r>
          </w:p>
        </w:tc>
        <w:tc>
          <w:tcPr>
            <w:tcW w:type="dxa" w:w="7937"/>
            <w:tcBorders>
              <w:bottom w:val="single" w:sz="6" w:color="D5D7DD"/>
            </w:tcBorders>
          </w:tcPr>
          <w:p>
            <w:pPr>
              <w:spacing w:before="40" w:after="40" w:line="288" w:lineRule="auto"/>
            </w:pPr>
            <w:r/>
          </w:p>
        </w:tc>
      </w:tr>
      <w:tr>
        <w:trPr>
          <w:trHeight w:val="464" w:hRule="exact"/>
        </w:trPr>
        <w:tc>
          <w:tcPr>
            <w:tcW w:type="dxa" w:w="2381"/>
            <w:tcBorders>
              <w:bottom w:val="single" w:sz="6" w:color="D5D7DD"/>
              <w:right w:val="single" w:sz="6" w:color="D5D7DD"/>
            </w:tcBorders>
            <w:shd w:val="clear" w:fill="EDF2FC"/>
          </w:tcPr>
          <w:p>
            <w:pPr>
              <w:spacing w:before="40" w:after="40" w:line="288" w:lineRule="auto"/>
            </w:pPr>
            <w:r/>
            <w:r>
              <w:rPr>
                <w:rFonts w:ascii="Pretendard SemiBold" w:hAnsi="Pretendard SemiBold" w:eastAsia="Pretendard SemiBold"/>
                <w:color w:val="1E2026"/>
                <w:sz w:val="19"/>
              </w:rPr>
              <w:t>무엇을 알게 되나</w:t>
            </w:r>
          </w:p>
        </w:tc>
        <w:tc>
          <w:tcPr>
            <w:tcW w:type="dxa" w:w="7937"/>
            <w:tcBorders>
              <w:bottom w:val="single" w:sz="6" w:color="D5D7DD"/>
            </w:tcBorders>
          </w:tcPr>
          <w:p>
            <w:pPr>
              <w:spacing w:before="40" w:after="40" w:line="288" w:lineRule="auto"/>
            </w:pPr>
            <w:r/>
          </w:p>
        </w:tc>
      </w:tr>
      <w:tr>
        <w:trPr>
          <w:trHeight w:val="442" w:hRule="exact"/>
        </w:trPr>
        <w:tc>
          <w:tcPr>
            <w:tcW w:type="dxa" w:w="2381"/>
            <w:tcBorders>
              <w:bottom w:val="single" w:sz="6" w:color="D5D7DD"/>
              <w:right w:val="single" w:sz="6" w:color="D5D7DD"/>
            </w:tcBorders>
            <w:shd w:val="clear" w:fill="EDF2FC"/>
          </w:tcPr>
          <w:p>
            <w:pPr>
              <w:spacing w:before="40" w:after="40" w:line="288" w:lineRule="auto"/>
            </w:pPr>
            <w:r/>
            <w:r>
              <w:rPr>
                <w:rFonts w:ascii="Pretendard SemiBold" w:hAnsi="Pretendard SemiBold" w:eastAsia="Pretendard SemiBold"/>
                <w:color w:val="1E2026"/>
                <w:sz w:val="19"/>
              </w:rPr>
              <w:t>준비물</w:t>
            </w:r>
          </w:p>
        </w:tc>
        <w:tc>
          <w:tcPr>
            <w:tcW w:type="dxa" w:w="7937"/>
            <w:tcBorders>
              <w:bottom w:val="single" w:sz="6" w:color="D5D7DD"/>
            </w:tcBorders>
          </w:tcPr>
          <w:p>
            <w:pPr>
              <w:spacing w:before="40" w:after="40" w:line="288" w:lineRule="auto"/>
            </w:pPr>
            <w:r/>
          </w:p>
        </w:tc>
      </w:tr>
    </w:tbl>
    <w:p>
      <w:pPr>
        <w:spacing w:before="120" w:after="60" w:line="240" w:lineRule="auto"/>
      </w:pPr>
      <w:r>
        <w:rPr>
          <w:rFonts w:ascii="Pretendard ExtraBold" w:hAnsi="Pretendard ExtraBold" w:eastAsia="Pretendard ExtraBold"/>
          <w:color w:val="FFFFFF"/>
          <w:sz w:val="21"/>
          <w:shd w:val="clear" w:fill="003BA0"/>
        </w:rPr>
        <w:t xml:space="preserve"> 3 </w:t>
      </w:r>
      <w:r>
        <w:rPr>
          <w:rFonts w:ascii="Pretendard" w:hAnsi="Pretendard" w:eastAsia="Pretendard"/>
          <w:color w:val="1E2026"/>
          <w:sz w:val="21"/>
        </w:rPr>
        <w:t xml:space="preserve">  </w:t>
      </w:r>
      <w:r>
        <w:rPr>
          <w:rFonts w:ascii="Pretendard SemiBold" w:hAnsi="Pretendard SemiBold" w:eastAsia="Pretendard SemiBold"/>
          <w:color w:val="1E2026"/>
          <w:sz w:val="23"/>
        </w:rPr>
        <w:t>활동 순서 — 3~4단계로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79" w:type="dxa"/>
          <w:right w:w="79" w:type="dxa"/>
        </w:tblCellMar>
        <w:tblLayout w:type="fixed"/>
        <w:tblW w:w="10319" w:type="dxa"/>
      </w:tblPr>
      <w:tblGrid>
        <w:gridCol w:w="5159"/>
        <w:gridCol w:w="5159"/>
      </w:tblGrid>
      <w:tr>
        <w:tc>
          <w:tcPr>
            <w:tcW w:type="dxa" w:w="624"/>
            <w:shd w:val="clear" w:fill="FBF6EC"/>
            <w:tcBorders>
              <w:bottom w:val="single" w:sz="6" w:color="D5D7DD"/>
              <w:right w:val="single" w:sz="6" w:color="D5D7DD"/>
            </w:tcBorders>
          </w:tcPr>
          <w:p>
            <w:pPr>
              <w:spacing w:before="40" w:after="40" w:line="288" w:lineRule="auto"/>
              <w:jc w:val="center"/>
            </w:pPr>
            <w:r/>
            <w:r>
              <w:rPr>
                <w:rFonts w:ascii="Pretendard SemiBold" w:hAnsi="Pretendard SemiBold" w:eastAsia="Pretendard SemiBold"/>
                <w:color w:val="B0863C"/>
                <w:sz w:val="16"/>
              </w:rPr>
              <w:t>예시</w:t>
            </w:r>
          </w:p>
        </w:tc>
        <w:tc>
          <w:tcPr>
            <w:tcW w:type="dxa" w:w="9694"/>
            <w:shd w:val="clear" w:fill="FBF6EC"/>
            <w:tcBorders>
              <w:bottom w:val="single" w:sz="6" w:color="D5D7DD"/>
            </w:tcBorders>
          </w:tcPr>
          <w:p>
            <w:pPr>
              <w:spacing w:before="40" w:after="40" w:line="288" w:lineRule="auto"/>
            </w:pPr>
            <w:r/>
            <w:r>
              <w:rPr>
                <w:rFonts w:ascii="Pretendard" w:hAnsi="Pretendard" w:eastAsia="Pretendard"/>
                <w:color w:val="7A7D85"/>
                <w:sz w:val="18"/>
              </w:rPr>
              <w:t>① 짝과 가위바위보를 20번 한다   ② 이길 때마다 이긴 손 칸에 바를 정(正) 자를 한 획씩 긋는다   ③ 세 손의 획을 세어 가장 많은 손을 찾는다   ④ 왜 그 손이 많았는지 이야기한다</w:t>
            </w:r>
          </w:p>
        </w:tc>
      </w:tr>
      <w:tr>
        <w:trPr>
          <w:trHeight w:val="425" w:hRule="exact"/>
        </w:trPr>
        <w:tc>
          <w:tcPr>
            <w:tcW w:type="dxa" w:w="624"/>
            <w:shd w:val="clear" w:fill="EDF2FC"/>
            <w:tcBorders>
              <w:bottom w:val="single" w:sz="6" w:color="D5D7DD"/>
              <w:right w:val="single" w:sz="6" w:color="D5D7DD"/>
            </w:tcBorders>
          </w:tcPr>
          <w:p>
            <w:pPr>
              <w:spacing w:before="40" w:after="40" w:line="288" w:lineRule="auto"/>
              <w:jc w:val="center"/>
            </w:pPr>
            <w:r/>
            <w:r>
              <w:rPr>
                <w:rFonts w:ascii="Pretendard SemiBold" w:hAnsi="Pretendard SemiBold" w:eastAsia="Pretendard SemiBold"/>
                <w:color w:val="003BA0"/>
                <w:sz w:val="19"/>
              </w:rPr>
              <w:t>1</w:t>
            </w:r>
          </w:p>
        </w:tc>
        <w:tc>
          <w:tcPr>
            <w:tcW w:type="dxa" w:w="9694"/>
            <w:tcBorders>
              <w:bottom w:val="single" w:sz="6" w:color="D5D7DD"/>
            </w:tcBorders>
          </w:tcPr>
          <w:p>
            <w:pPr>
              <w:spacing w:before="40" w:after="40" w:line="288" w:lineRule="auto"/>
            </w:pPr>
            <w:r/>
          </w:p>
        </w:tc>
      </w:tr>
      <w:tr>
        <w:trPr>
          <w:trHeight w:val="425" w:hRule="exact"/>
        </w:trPr>
        <w:tc>
          <w:tcPr>
            <w:tcW w:type="dxa" w:w="624"/>
            <w:shd w:val="clear" w:fill="EDF2FC"/>
            <w:tcBorders>
              <w:bottom w:val="single" w:sz="6" w:color="D5D7DD"/>
              <w:right w:val="single" w:sz="6" w:color="D5D7DD"/>
            </w:tcBorders>
          </w:tcPr>
          <w:p>
            <w:pPr>
              <w:spacing w:before="40" w:after="40" w:line="288" w:lineRule="auto"/>
              <w:jc w:val="center"/>
            </w:pPr>
            <w:r/>
            <w:r>
              <w:rPr>
                <w:rFonts w:ascii="Pretendard SemiBold" w:hAnsi="Pretendard SemiBold" w:eastAsia="Pretendard SemiBold"/>
                <w:color w:val="003BA0"/>
                <w:sz w:val="19"/>
              </w:rPr>
              <w:t>2</w:t>
            </w:r>
          </w:p>
        </w:tc>
        <w:tc>
          <w:tcPr>
            <w:tcW w:type="dxa" w:w="9694"/>
            <w:tcBorders>
              <w:bottom w:val="single" w:sz="6" w:color="D5D7DD"/>
            </w:tcBorders>
          </w:tcPr>
          <w:p>
            <w:pPr>
              <w:spacing w:before="40" w:after="40" w:line="288" w:lineRule="auto"/>
            </w:pPr>
            <w:r/>
          </w:p>
        </w:tc>
      </w:tr>
      <w:tr>
        <w:trPr>
          <w:trHeight w:val="425" w:hRule="exact"/>
        </w:trPr>
        <w:tc>
          <w:tcPr>
            <w:tcW w:type="dxa" w:w="624"/>
            <w:shd w:val="clear" w:fill="EDF2FC"/>
            <w:tcBorders>
              <w:bottom w:val="single" w:sz="6" w:color="D5D7DD"/>
              <w:right w:val="single" w:sz="6" w:color="D5D7DD"/>
            </w:tcBorders>
          </w:tcPr>
          <w:p>
            <w:pPr>
              <w:spacing w:before="40" w:after="40" w:line="288" w:lineRule="auto"/>
              <w:jc w:val="center"/>
            </w:pPr>
            <w:r/>
            <w:r>
              <w:rPr>
                <w:rFonts w:ascii="Pretendard SemiBold" w:hAnsi="Pretendard SemiBold" w:eastAsia="Pretendard SemiBold"/>
                <w:color w:val="003BA0"/>
                <w:sz w:val="19"/>
              </w:rPr>
              <w:t>3</w:t>
            </w:r>
          </w:p>
        </w:tc>
        <w:tc>
          <w:tcPr>
            <w:tcW w:type="dxa" w:w="9694"/>
            <w:tcBorders>
              <w:bottom w:val="single" w:sz="6" w:color="D5D7DD"/>
            </w:tcBorders>
          </w:tcPr>
          <w:p>
            <w:pPr>
              <w:spacing w:before="40" w:after="40" w:line="288" w:lineRule="auto"/>
            </w:pPr>
            <w:r/>
          </w:p>
        </w:tc>
      </w:tr>
      <w:tr>
        <w:trPr>
          <w:trHeight w:val="425" w:hRule="exact"/>
        </w:trPr>
        <w:tc>
          <w:tcPr>
            <w:tcW w:type="dxa" w:w="624"/>
            <w:shd w:val="clear" w:fill="EDF2FC"/>
            <w:tcBorders>
              <w:bottom w:val="single" w:sz="6" w:color="D5D7DD"/>
              <w:right w:val="single" w:sz="6" w:color="D5D7DD"/>
            </w:tcBorders>
          </w:tcPr>
          <w:p>
            <w:pPr>
              <w:spacing w:before="40" w:after="40" w:line="288" w:lineRule="auto"/>
              <w:jc w:val="center"/>
            </w:pPr>
            <w:r/>
            <w:r>
              <w:rPr>
                <w:rFonts w:ascii="Pretendard SemiBold" w:hAnsi="Pretendard SemiBold" w:eastAsia="Pretendard SemiBold"/>
                <w:color w:val="003BA0"/>
                <w:sz w:val="19"/>
              </w:rPr>
              <w:t>4</w:t>
            </w:r>
          </w:p>
        </w:tc>
        <w:tc>
          <w:tcPr>
            <w:tcW w:type="dxa" w:w="9694"/>
            <w:tcBorders>
              <w:bottom w:val="single" w:sz="6" w:color="D5D7DD"/>
            </w:tcBorders>
          </w:tcPr>
          <w:p>
            <w:pPr>
              <w:spacing w:before="40" w:after="40" w:line="288" w:lineRule="auto"/>
            </w:pPr>
            <w:r/>
          </w:p>
        </w:tc>
      </w:tr>
    </w:tbl>
    <w:p>
      <w:pPr>
        <w:spacing w:before="120" w:after="60" w:line="240" w:lineRule="auto"/>
      </w:pPr>
      <w:r>
        <w:rPr>
          <w:rFonts w:ascii="Pretendard ExtraBold" w:hAnsi="Pretendard ExtraBold" w:eastAsia="Pretendard ExtraBold"/>
          <w:color w:val="FFFFFF"/>
          <w:sz w:val="21"/>
          <w:shd w:val="clear" w:fill="003BA0"/>
        </w:rPr>
        <w:t xml:space="preserve"> 4 </w:t>
      </w:r>
      <w:r>
        <w:rPr>
          <w:rFonts w:ascii="Pretendard" w:hAnsi="Pretendard" w:eastAsia="Pretendard"/>
          <w:color w:val="1E2026"/>
          <w:sz w:val="21"/>
        </w:rPr>
        <w:t xml:space="preserve">  </w:t>
      </w:r>
      <w:r>
        <w:rPr>
          <w:rFonts w:ascii="Pretendard SemiBold" w:hAnsi="Pretendard SemiBold" w:eastAsia="Pretendard SemiBold"/>
          <w:color w:val="1E2026"/>
          <w:sz w:val="23"/>
        </w:rPr>
        <w:t>예상되는 어려움과 대비  ·  짝이 써 주는 한 줄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79" w:type="dxa"/>
          <w:right w:w="79" w:type="dxa"/>
        </w:tblCellMar>
        <w:tblLayout w:type="fixed"/>
        <w:tblW w:w="10319" w:type="dxa"/>
      </w:tblPr>
      <w:tblGrid>
        <w:gridCol w:w="5159"/>
        <w:gridCol w:w="5159"/>
      </w:tblGrid>
      <w:tr>
        <w:tc>
          <w:tcPr>
            <w:tcW w:type="dxa" w:w="5159"/>
            <w:shd w:val="clear" w:fill="EDF2FC"/>
            <w:tcBorders>
              <w:bottom w:val="single" w:sz="8" w:color="9FA3AC"/>
              <w:right w:val="single" w:sz="6" w:color="D5D7DD"/>
            </w:tcBorders>
          </w:tcPr>
          <w:p>
            <w:pPr>
              <w:spacing w:before="50" w:after="50" w:line="288" w:lineRule="auto"/>
              <w:jc w:val="center"/>
            </w:pPr>
            <w:r/>
            <w:r>
              <w:rPr>
                <w:rFonts w:ascii="Pretendard SemiBold" w:hAnsi="Pretendard SemiBold" w:eastAsia="Pretendard SemiBold"/>
                <w:color w:val="003BA0"/>
                <w:sz w:val="18"/>
              </w:rPr>
              <w:t>이렇게 막힐 것 같다</w:t>
            </w:r>
          </w:p>
        </w:tc>
        <w:tc>
          <w:tcPr>
            <w:tcW w:type="dxa" w:w="5159"/>
            <w:shd w:val="clear" w:fill="EDF2FC"/>
            <w:tcBorders>
              <w:bottom w:val="single" w:sz="8" w:color="9FA3AC"/>
            </w:tcBorders>
          </w:tcPr>
          <w:p>
            <w:pPr>
              <w:spacing w:before="50" w:after="50" w:line="288" w:lineRule="auto"/>
              <w:jc w:val="center"/>
            </w:pPr>
            <w:r/>
            <w:r>
              <w:rPr>
                <w:rFonts w:ascii="Pretendard SemiBold" w:hAnsi="Pretendard SemiBold" w:eastAsia="Pretendard SemiBold"/>
                <w:color w:val="003BA0"/>
                <w:sz w:val="18"/>
              </w:rPr>
              <w:t>그러면 이렇게 한다</w:t>
            </w:r>
          </w:p>
        </w:tc>
      </w:tr>
      <w:tr>
        <w:tc>
          <w:tcPr>
            <w:tcW w:type="dxa" w:w="5159"/>
            <w:shd w:val="clear" w:fill="FBF6EC"/>
            <w:tcBorders>
              <w:bottom w:val="single" w:sz="6" w:color="D5D7DD"/>
              <w:right w:val="single" w:sz="6" w:color="D5D7DD"/>
            </w:tcBorders>
          </w:tcPr>
          <w:p>
            <w:pPr>
              <w:spacing w:before="40" w:after="40" w:line="288" w:lineRule="auto"/>
            </w:pPr>
            <w:r/>
            <w:r>
              <w:rPr>
                <w:rFonts w:ascii="Pretendard" w:hAnsi="Pretendard" w:eastAsia="Pretendard"/>
                <w:color w:val="7A7D85"/>
                <w:sz w:val="18"/>
              </w:rPr>
              <w:t>20판을 세다가 놓친다</w:t>
            </w:r>
          </w:p>
        </w:tc>
        <w:tc>
          <w:tcPr>
            <w:tcW w:type="dxa" w:w="5159"/>
            <w:shd w:val="clear" w:fill="FBF6EC"/>
            <w:tcBorders>
              <w:bottom w:val="single" w:sz="6" w:color="D5D7DD"/>
            </w:tcBorders>
          </w:tcPr>
          <w:p>
            <w:pPr>
              <w:spacing w:before="40" w:after="40" w:line="288" w:lineRule="auto"/>
            </w:pPr>
            <w:r/>
            <w:r>
              <w:rPr>
                <w:rFonts w:ascii="Pretendard" w:hAnsi="Pretendard" w:eastAsia="Pretendard"/>
                <w:color w:val="7A7D85"/>
                <w:sz w:val="18"/>
              </w:rPr>
              <w:t>짝 중 한 명은 세는 일만 맡는다</w:t>
            </w:r>
          </w:p>
        </w:tc>
      </w:tr>
      <w:tr>
        <w:trPr>
          <w:trHeight w:val="623" w:hRule="exact"/>
        </w:trPr>
        <w:tc>
          <w:tcPr>
            <w:tcW w:type="dxa" w:w="5159"/>
            <w:tcBorders>
              <w:bottom w:val="single" w:sz="6" w:color="D5D7DD"/>
              <w:right w:val="single" w:sz="6" w:color="D5D7DD"/>
            </w:tcBorders>
          </w:tcPr>
          <w:p>
            <w:pPr>
              <w:spacing w:before="40" w:after="40" w:line="288" w:lineRule="auto"/>
            </w:pPr>
            <w:r/>
          </w:p>
        </w:tc>
        <w:tc>
          <w:tcPr>
            <w:tcW w:type="dxa" w:w="5159"/>
            <w:tcBorders>
              <w:bottom w:val="single" w:sz="6" w:color="D5D7DD"/>
            </w:tcBorders>
          </w:tcPr>
          <w:p>
            <w:pPr>
              <w:spacing w:before="40" w:after="40" w:line="288" w:lineRule="auto"/>
            </w:pPr>
            <w:r/>
          </w:p>
        </w:tc>
      </w:tr>
    </w:tbl>
    <w:p>
      <w:pPr>
        <w:spacing w:before="0" w:after="0" w:lineRule="exact" w:line="20"/>
      </w:pPr>
      <w:r>
        <w:rPr>
          <w:sz w:val="2"/>
        </w:rPr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79" w:type="dxa"/>
          <w:right w:w="79" w:type="dxa"/>
        </w:tblCellMar>
        <w:tblLayout w:type="fixed"/>
        <w:tblW w:w="10319" w:type="dxa"/>
      </w:tblPr>
      <w:tblGrid>
        <w:gridCol w:w="5159"/>
        <w:gridCol w:w="5159"/>
      </w:tblGrid>
      <w:tr>
        <w:trPr>
          <w:trHeight w:val="538" w:hRule="exact"/>
        </w:trPr>
        <w:tc>
          <w:tcPr>
            <w:tcW w:type="dxa" w:w="2381"/>
            <w:tcBorders>
              <w:bottom w:val="single" w:sz="6" w:color="D5D7DD"/>
              <w:right w:val="single" w:sz="6" w:color="D5D7DD"/>
            </w:tcBorders>
            <w:shd w:val="clear" w:fill="EDF2FC"/>
          </w:tcPr>
          <w:p>
            <w:pPr>
              <w:spacing w:before="40" w:after="40" w:line="288" w:lineRule="auto"/>
            </w:pPr>
            <w:r/>
            <w:r>
              <w:rPr>
                <w:rFonts w:ascii="Pretendard SemiBold" w:hAnsi="Pretendard SemiBold" w:eastAsia="Pretendard SemiBold"/>
                <w:color w:val="1E2026"/>
                <w:sz w:val="19"/>
              </w:rPr>
              <w:t>짝의 한 줄</w:t>
            </w:r>
          </w:p>
        </w:tc>
        <w:tc>
          <w:tcPr>
            <w:tcW w:type="dxa" w:w="7937"/>
            <w:tcBorders>
              <w:bottom w:val="single" w:sz="6" w:color="D5D7DD"/>
            </w:tcBorders>
          </w:tcPr>
          <w:p>
            <w:pPr>
              <w:spacing w:before="40" w:after="40" w:line="288" w:lineRule="auto"/>
            </w:pPr>
            <w:r/>
          </w:p>
        </w:tc>
      </w:tr>
    </w:tbl>
    <w:p>
      <w:pPr>
        <w:spacing w:before="0" w:after="0" w:lineRule="exact" w:line="20"/>
      </w:pPr>
      <w:r>
        <w:rPr>
          <w:sz w:val="2"/>
        </w:rPr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79" w:type="dxa"/>
          <w:right w:w="79" w:type="dxa"/>
        </w:tblCellMar>
        <w:tblLayout w:type="fixed"/>
        <w:tblW w:w="10319" w:type="dxa"/>
      </w:tblPr>
      <w:tblGrid>
        <w:gridCol w:w="10318"/>
      </w:tblGrid>
      <w:tr>
        <w:tc>
          <w:tcPr>
            <w:tcW w:type="dxa" w:w="10318"/>
            <w:shd w:val="clear" w:fill="FBF6EC"/>
            <w:tcBorders>
              <w:left w:val="single" w:sz="18" w:color="003BA0"/>
            </w:tcBorders>
          </w:tcPr>
          <w:p>
            <w:pPr>
              <w:spacing w:before="80" w:after="80" w:line="348" w:lineRule="auto"/>
            </w:pPr>
            <w:r/>
            <w:r>
              <w:rPr>
                <w:rFonts w:ascii="Pretendard" w:hAnsi="Pretendard" w:eastAsia="Pretendard"/>
                <w:color w:val="1E2026"/>
                <w:sz w:val="19"/>
              </w:rPr>
              <w:t xml:space="preserve">준비물은 </w:t>
            </w:r>
            <w:r>
              <w:rPr>
                <w:rFonts w:ascii="Pretendard SemiBold" w:hAnsi="Pretendard SemiBold" w:eastAsia="Pretendard SemiBold"/>
                <w:color w:val="1E2026"/>
                <w:sz w:val="19"/>
              </w:rPr>
              <w:t>교실에서 바로 꺼낼 수 있는 것</w:t>
            </w:r>
            <w:r>
              <w:rPr>
                <w:rFonts w:ascii="Pretendard" w:hAnsi="Pretendard" w:eastAsia="Pretendard"/>
                <w:color w:val="1E2026"/>
                <w:sz w:val="19"/>
              </w:rPr>
              <w:t>으로 — 사야 하는 것이면 실제로는 안 합니다.</w:t>
            </w:r>
          </w:p>
        </w:tc>
      </w:tr>
    </w:tbl>
    <w:p>
      <w:pPr>
        <w:tabs>
          <w:tab w:pos="1106" w:val="left"/>
        </w:tabs>
        <w:spacing w:before="100" w:after="0" w:line="283" w:lineRule="auto"/>
        <w:ind w:left="1106" w:hanging="1106"/>
        <w:pBdr>
          <w:top w:val="single" w:sz="6" w:color="D5D7DD" w:space="5"/>
        </w:pBdr>
      </w:pPr>
      <w:r>
        <w:rPr>
          <w:rFonts w:ascii="Pretendard SemiBold" w:hAnsi="Pretendard SemiBold" w:eastAsia="Pretendard SemiBold"/>
          <w:color w:val="003BA0"/>
          <w:sz w:val="15"/>
        </w:rPr>
        <w:t>교육과정 근거</w:t>
      </w:r>
      <w:r>
        <w:rPr>
          <w:rFonts w:ascii="Pretendard" w:hAnsi="Pretendard" w:eastAsia="Pretendard"/>
          <w:color w:val="7A7D85"/>
          <w:sz w:val="15"/>
        </w:rPr>
        <w:tab/>
        <w:t>[6실05-04] 해설 「놀이·체험을 중심으로」 · 「숫자, 글자, 소리, 이미지 데이터의 유형이나 형태를 탐색」</w:t>
      </w:r>
    </w:p>
    <w:p>
      <w:pPr>
        <w:spacing w:before="0" w:after="0" w:line="283" w:lineRule="auto"/>
        <w:ind w:left="1106"/>
      </w:pPr>
      <w:r>
        <w:rPr>
          <w:rFonts w:ascii="Pretendard" w:hAnsi="Pretendard" w:eastAsia="Pretendard"/>
          <w:color w:val="7A7D85"/>
          <w:sz w:val="15"/>
        </w:rPr>
        <w:t>(5)영역 과정·기능 「데이터 간에 공통되는 유형이나 형태 탐색하기」</w:t>
      </w:r>
    </w:p>
    <w:p>
      <w:pPr>
        <w:spacing w:before="0" w:after="0" w:line="283" w:lineRule="auto"/>
        <w:ind w:left="1106"/>
      </w:pPr>
      <w:r>
        <w:rPr>
          <w:rFonts w:ascii="Pretendard" w:hAnsi="Pretendard" w:eastAsia="Pretendard"/>
          <w:color w:val="7A7D85"/>
          <w:sz w:val="15"/>
        </w:rPr>
        <w:t>[06자율-5] 창의적 체험활동 — 놀이 형태의 학습 경험</w:t>
      </w:r>
    </w:p>
    <w:sectPr w:rsidR="00FC693F" w:rsidRPr="0006063C" w:rsidSect="00034616">
      <w:pgSz w:w="11906" w:h="16838"/>
      <w:pgMar w:top="794" w:right="794" w:bottom="794" w:left="79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0" w:after="0" w:line="300" w:lineRule="auto"/>
      <w:autoSpaceDE w:val="0"/>
      <w:autoSpaceDN w:val="0"/>
    </w:pPr>
    <w:rPr>
      <w:rFonts w:ascii="Pretendard" w:hAnsi="Pretendard" w:eastAsia="Pretendard"/>
      <w:color w:val="1E2026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